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YouTube Script Template</w:t>
      </w:r>
    </w:p>
    <w:p>
      <w:r>
        <w:t>Write your content. Plan the scenes. Review before production.</w:t>
      </w:r>
    </w:p>
    <w:p>
      <w:pPr>
        <w:pStyle w:val="Heading2"/>
      </w:pPr>
      <w:r>
        <w:t>Project brief</w:t>
      </w:r>
    </w:p>
    <w:p>
      <w:r>
        <w:t>Working title: ______________________________________________</w:t>
        <w:br/>
        <w:t>Audience: __________________________________________________</w:t>
        <w:br/>
        <w:t>Question the video answers: __________________________________</w:t>
        <w:br/>
        <w:t>Target length (planning only): ________________________________</w:t>
      </w:r>
    </w:p>
    <w:p>
      <w:pPr>
        <w:pStyle w:val="Heading2"/>
      </w:pPr>
      <w:r>
        <w:t>Opening</w:t>
      </w:r>
    </w:p>
    <w:p>
      <w:r>
        <w:t>[Write the exact opening narration. State a clear question without promising an answer your evidence cannot support.]</w:t>
      </w:r>
    </w:p>
    <w:p>
      <w:pPr>
        <w:pStyle w:val="Heading2"/>
      </w:pPr>
      <w:r>
        <w:t>Main section 1</w:t>
      </w:r>
    </w:p>
    <w:p>
      <w:r>
        <w:t>Narration: [Your words]</w:t>
        <w:br/>
        <w:t>Visual direction: [What should appear?]</w:t>
        <w:br/>
        <w:t>Source / factual check: [Record the source or mark as fiction]</w:t>
      </w:r>
    </w:p>
    <w:p>
      <w:pPr>
        <w:pStyle w:val="Heading2"/>
      </w:pPr>
      <w:r>
        <w:t>Main section 2</w:t>
      </w:r>
    </w:p>
    <w:p>
      <w:r>
        <w:t>Narration: [Your words]</w:t>
        <w:br/>
        <w:t>Visual direction: [What should appear?]</w:t>
        <w:br/>
        <w:t>Source / factual check: [Record the source or mark as fiction]</w:t>
      </w:r>
    </w:p>
    <w:p>
      <w:pPr>
        <w:pStyle w:val="Heading2"/>
      </w:pPr>
      <w:r>
        <w:t>Closing</w:t>
      </w:r>
    </w:p>
    <w:p>
      <w:r>
        <w:t>[Summarize what the video actually establishes. Add a relevant next step if needed.]</w:t>
      </w:r>
    </w:p>
    <w:p>
      <w:r>
        <w:br w:type="page"/>
      </w:r>
    </w:p>
    <w:p>
      <w:pPr>
        <w:pStyle w:val="Title"/>
      </w:pPr>
      <w:r>
        <w:t>Review &amp; recording plan</w:t>
      </w:r>
    </w:p>
    <w:p>
      <w:pPr>
        <w:pStyle w:val="Heading2"/>
      </w:pPr>
      <w:r>
        <w:t>Timing budget</w:t>
      </w:r>
    </w:p>
    <w:p>
      <w:r>
        <w:t>Spoken minutes = words / words per minute. At 120-150 wpm, 1,200 English words take about 8-10 minutes before pauses and visual holds. These are examples, not a speaking standard. Time a real read-through.</w:t>
      </w:r>
    </w:p>
    <w:p>
      <w:pPr>
        <w:pStyle w:val="Heading2"/>
      </w:pPr>
      <w:r>
        <w:t>Scene review</w:t>
      </w:r>
    </w:p>
    <w:p>
      <w:r>
        <w:t>[ ] Narration and scenes stay in the same order.</w:t>
        <w:br/>
        <w:t>[ ] Characters, locations and props remain consistent.</w:t>
        <w:br/>
        <w:t>[ ] Each image supports the sentence it accompanies.</w:t>
        <w:br/>
        <w:t>[ ] Estimated timings are replaced with measured audio when available.</w:t>
      </w:r>
    </w:p>
    <w:p>
      <w:pPr>
        <w:pStyle w:val="Heading2"/>
      </w:pPr>
      <w:r>
        <w:t>Sources and permissions</w:t>
      </w:r>
    </w:p>
    <w:p>
      <w:r>
        <w:t>Source title / URL: __________________________________________</w:t>
        <w:br/>
        <w:t>Claim or scene supported: ____________________________________</w:t>
        <w:br/>
        <w:t>Media creator / stated license: ______________________________</w:t>
        <w:br/>
        <w:t>Attribution required: ________________________________________</w:t>
        <w:br/>
        <w:t>Review source and media permissions separately.</w:t>
      </w:r>
    </w:p>
    <w:p>
      <w:pPr>
        <w:pStyle w:val="Heading2"/>
      </w:pPr>
      <w:r>
        <w:t>Before recording or delivery</w:t>
      </w:r>
    </w:p>
    <w:p>
      <w:r>
        <w:t>[ ] Review names, numbers and factual claims.</w:t>
        <w:br/>
        <w:t>[ ] Keep narration text separate from visual directions.</w:t>
        <w:br/>
        <w:t>[ ] Read aloud, then check subtitle wording and timing.</w:t>
        <w:br/>
        <w:t>[ ] Confirm the final version and export the files you need.</w:t>
      </w:r>
    </w:p>
    <w:p>
      <w:pPr>
        <w:pStyle w:val="Heading2"/>
      </w:pPr>
      <w:r>
        <w:t>Continue in Topicut</w:t>
      </w:r>
    </w:p>
    <w:p>
      <w:r>
        <w:t>Use the outline builder at topicut.com/tools/youtube-script-template and runtime calculator at topicut.com/tools/words-to-minutes. This blank template does not generate or approve a video.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Topicut Team  |  Free editable template  |  Version 1 - 2026-11-01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2B52B7"/>
        <w:sz w:val="18"/>
      </w:rPr>
      <w:t>TOPICUT  /  CREATOR WORKSHEET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A2B5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A2B5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A2B5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